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shd w:val="clear" w:color="auto" w:fill="FFF4CC"/>
      </w:pPr>
      <w:r>
        <w:rPr>
          <w:b/>
          <w:color w:val="5A4A00"/>
          <w:sz w:val="16"/>
        </w:rPr>
        <w:t xml:space="preserve">HOW TO USE (delete this box): </w:t>
      </w:r>
      <w:r>
        <w:rPr>
          <w:color w:val="5A4A00"/>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p>
      <w:pPr>
        <w:spacing w:before="0" w:after="0"/>
      </w:pPr>
      <w:r>
        <w:drawing>
          <wp:inline xmlns:a="http://schemas.openxmlformats.org/drawingml/2006/main" xmlns:pic="http://schemas.openxmlformats.org/drawingml/2006/picture" distT="0" distB="0" distL="0" distR="0">
            <wp:extent cx="6696000" cy="930000"/>
            <wp:docPr id="1" name="Picture 1"/>
            <wp:cNvGraphicFramePr>
              <a:graphicFrameLocks noChangeAspect="1"/>
            </wp:cNvGraphicFramePr>
            <a:graphic>
              <a:graphicData uri="http://schemas.openxmlformats.org/drawingml/2006/picture">
                <pic:pic>
                  <pic:nvPicPr>
                    <pic:cNvPr id="0" name="b_banner.png"/>
                    <pic:cNvPicPr/>
                  </pic:nvPicPr>
                  <pic:blipFill>
                    <a:blip r:embed="rId9"/>
                    <a:stretch>
                      <a:fillRect/>
                    </a:stretch>
                  </pic:blipFill>
                  <pic:spPr>
                    <a:xfrm>
                      <a:off x="0" y="0"/>
                      <a:ext cx="6696000" cy="930000"/>
                    </a:xfrm>
                    <a:prstGeom prst="rect"/>
                  </pic:spPr>
                </pic:pic>
              </a:graphicData>
            </a:graphic>
          </wp:inline>
        </w:drawing>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1644"/>
        <w:gridCol w:w="8901"/>
      </w:tblGrid>
      <w:tr>
        <w:tc>
          <w:tcPr>
            <w:tcW w:type="dxa" w:w="1644"/>
            <w:shd w:val="clear" w:color="auto" w:fill="1B2A41"/>
            <w:tcMar>
              <w:top w:w="141" w:type="dxa"/>
              <w:left w:w="170" w:type="dxa"/>
              <w:bottom w:w="141" w:type="dxa"/>
              <w:right w:w="56" w:type="dxa"/>
            </w:tcMar>
            <w:vAlign w:val="center"/>
          </w:tcPr>
          <w:p>
            <w:pPr>
              <w:spacing w:before="0" w:after="0"/>
              <w:jc w:val="center"/>
            </w:pPr>
            <w:r>
              <w:drawing>
                <wp:inline xmlns:a="http://schemas.openxmlformats.org/drawingml/2006/main" xmlns:pic="http://schemas.openxmlformats.org/drawingml/2006/picture" distT="0" distB="0" distL="0" distR="0">
                  <wp:extent cx="864000" cy="864000"/>
                  <wp:docPr id="2" name="Picture 2"/>
                  <wp:cNvGraphicFramePr>
                    <a:graphicFrameLocks noChangeAspect="1"/>
                  </wp:cNvGraphicFramePr>
                  <a:graphic>
                    <a:graphicData uri="http://schemas.openxmlformats.org/drawingml/2006/picture">
                      <pic:pic>
                        <pic:nvPicPr>
                          <pic:cNvPr id="0" name="b_sprite.png"/>
                          <pic:cNvPicPr/>
                        </pic:nvPicPr>
                        <pic:blipFill>
                          <a:blip r:embed="rId10"/>
                          <a:stretch>
                            <a:fillRect/>
                          </a:stretch>
                        </pic:blipFill>
                        <pic:spPr>
                          <a:xfrm>
                            <a:off x="0" y="0"/>
                            <a:ext cx="864000" cy="864000"/>
                          </a:xfrm>
                          <a:prstGeom prst="rect"/>
                        </pic:spPr>
                      </pic:pic>
                    </a:graphicData>
                  </a:graphic>
                </wp:inline>
              </w:drawing>
            </w:r>
          </w:p>
        </w:tc>
        <w:tc>
          <w:tcPr>
            <w:tcW w:type="dxa" w:w="8901"/>
            <w:shd w:val="clear" w:color="auto" w:fill="1B2A41"/>
            <w:tcMar>
              <w:top w:w="170" w:type="dxa"/>
              <w:left w:w="170" w:type="dxa"/>
              <w:bottom w:w="141" w:type="dxa"/>
              <w:right w:w="226" w:type="dxa"/>
            </w:tcMar>
            <w:vAlign w:val="center"/>
          </w:tcPr>
          <w:p>
            <w:pPr>
              <w:spacing w:before="0" w:after="100" w:line="288" w:lineRule="auto"/>
            </w:pPr>
            <w:r>
              <w:rPr>
                <w:rFonts w:ascii="Press Start 2P" w:hAnsi="Press Start 2P" w:eastAsia="Press Start 2P" w:cs="Press Start 2P"/>
                <w:color w:val="FFCD75"/>
                <w:sz w:val="30"/>
              </w:rPr>
              <w:t>[YOUR NAME]</w:t>
            </w:r>
          </w:p>
          <w:p>
            <w:pPr>
              <w:spacing w:before="0" w:after="100"/>
            </w:pPr>
            <w:r>
              <w:rPr>
                <w:rFonts w:ascii="Press Start 2P" w:hAnsi="Press Start 2P" w:eastAsia="Press Start 2P" w:cs="Press Start 2P"/>
                <w:color w:val="FFFFFF"/>
                <w:sz w:val="15"/>
              </w:rPr>
              <w:t>[Target job title, e.g. Game Designer]</w:t>
            </w:r>
            <w:r>
              <w:rPr>
                <w:color w:val="A7C4E0"/>
                <w:sz w:val="18"/>
              </w:rPr>
              <w:t xml:space="preserve">   [Specialism]</w:t>
            </w:r>
          </w:p>
          <w:p>
            <w:pPr>
              <w:spacing w:before="0" w:after="0"/>
            </w:pPr>
            <w:r>
              <w:rPr>
                <w:color w:val="D6E2F0"/>
                <w:sz w:val="15"/>
              </w:rPr>
              <w:t>[Town/City, Country]</w:t>
            </w:r>
            <w:r>
              <w:rPr>
                <w:color w:val="D6E2F0"/>
                <w:sz w:val="15"/>
              </w:rPr>
              <w:t xml:space="preserve">  ·  </w:t>
            </w:r>
            <w:r>
              <w:rPr>
                <w:color w:val="D6E2F0"/>
                <w:sz w:val="15"/>
              </w:rPr>
              <w:t>[Phone]</w:t>
            </w:r>
            <w:r>
              <w:rPr>
                <w:color w:val="D6E2F0"/>
                <w:sz w:val="15"/>
              </w:rPr>
              <w:t xml:space="preserve">  ·  </w:t>
            </w:r>
            <w:hyperlink r:id="rId11">
              <w:r>
                <w:rPr>
                  <w:color w:val="FFCD75"/>
                  <w:sz w:val="15"/>
                  <w:u w:val="none"/>
                </w:rPr>
                <w:t>[Email]</w:t>
              </w:r>
            </w:hyperlink>
            <w:r>
              <w:rPr>
                <w:color w:val="D6E2F0"/>
                <w:sz w:val="15"/>
              </w:rPr>
              <w:t xml:space="preserve">  ·  </w:t>
            </w:r>
            <w:hyperlink r:id="rId12">
              <w:r>
                <w:rPr>
                  <w:color w:val="FFCD75"/>
                  <w:sz w:val="15"/>
                  <w:u w:val="none"/>
                </w:rPr>
                <w:t>[yourwebsite or artstation.com/yourname]</w:t>
              </w:r>
            </w:hyperlink>
            <w:r>
              <w:rPr>
                <w:color w:val="D6E2F0"/>
                <w:sz w:val="15"/>
              </w:rPr>
              <w:t xml:space="preserve">  ·  </w:t>
            </w:r>
            <w:hyperlink r:id="rId13">
              <w:r>
                <w:rPr>
                  <w:color w:val="FFCD75"/>
                  <w:sz w:val="15"/>
                  <w:u w:val="none"/>
                </w:rPr>
                <w:t>[linkedin.com/in/yourname]</w:t>
              </w:r>
            </w:hyperlink>
          </w:p>
        </w:tc>
      </w:tr>
    </w:tbl>
    <w:p>
      <w:pPr>
        <w:spacing w:before="0" w:after="80"/>
      </w:p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6690"/>
        <w:gridCol w:w="3855"/>
      </w:tblGrid>
      <w:tr>
        <w:tc>
          <w:tcPr>
            <w:tcW w:type="dxa" w:w="6690"/>
            <w:tcMar>
              <w:top w:w="0" w:type="dxa"/>
              <w:left w:w="0" w:type="dxa"/>
              <w:bottom w:w="0" w:type="dxa"/>
              <w:right w:w="255" w:type="dxa"/>
            </w:tcMar>
          </w:tcPr>
          <w:p>
            <w:pPr>
              <w:keepNext/>
              <w:spacing w:before="0" w:after="80"/>
              <w:shd w:val="clear" w:color="auto" w:fill="FFCD75"/>
            </w:pPr>
            <w:r>
              <w:rPr>
                <w:rFonts w:ascii="Press Start 2P" w:hAnsi="Press Start 2P" w:eastAsia="Press Start 2P" w:cs="Press Start 2P"/>
                <w:color w:val="1B2A41"/>
                <w:sz w:val="15"/>
              </w:rPr>
              <w:t>▶ PROFILE</w:t>
            </w:r>
            <w:r>
              <w:rPr>
                <w:i/>
                <w:color w:val="6B7785"/>
                <w:sz w:val="15"/>
              </w:rPr>
              <w:t xml:space="preserve">   player one</w:t>
            </w:r>
          </w:p>
          <w:p>
            <w:pPr>
              <w:spacing w:before="0" w:after="40" w:line="293" w:lineRule="auto"/>
            </w:pPr>
            <w:r>
              <w:t>[Two or three lines: your discipline, years of experience, what you specialise in and the kind of role you want next.]</w:t>
            </w:r>
          </w:p>
          <w:p>
            <w:pPr>
              <w:keepNext/>
              <w:spacing w:before="140" w:after="80"/>
              <w:shd w:val="clear" w:color="auto" w:fill="FFCD75"/>
            </w:pPr>
            <w:r>
              <w:rPr>
                <w:rFonts w:ascii="Press Start 2P" w:hAnsi="Press Start 2P" w:eastAsia="Press Start 2P" w:cs="Press Start 2P"/>
                <w:color w:val="1B2A41"/>
                <w:sz w:val="15"/>
              </w:rPr>
              <w:t>▶ EXPERIENCE</w:t>
            </w:r>
            <w:r>
              <w:rPr>
                <w:i/>
                <w:color w:val="6B7785"/>
                <w:sz w:val="15"/>
              </w:rPr>
              <w:t xml:space="preserve">   quest log</w:t>
            </w:r>
          </w:p>
          <w:p>
            <w:pPr>
              <w:keepNext/>
              <w:spacing w:before="40" w:after="0"/>
            </w:pPr>
            <w:r>
              <w:rPr>
                <w:b/>
                <w:color w:val="1B2A41"/>
                <w:sz w:val="19"/>
              </w:rPr>
              <w:t>[Job title]</w:t>
            </w:r>
            <w:r>
              <w:rPr>
                <w:b/>
                <w:color w:val="225877"/>
              </w:rPr>
              <w:t xml:space="preserve">  ·  [Company name], [Town/City]</w:t>
            </w:r>
          </w:p>
          <w:p>
            <w:pPr>
              <w:keepNext/>
              <w:spacing w:before="0" w:after="40"/>
            </w:pPr>
            <w:r>
              <w:rPr>
                <w:color w:val="6B7785"/>
                <w:sz w:val="16"/>
              </w:rPr>
              <w:t>[Month Year] – [Present]</w:t>
            </w:r>
          </w:p>
          <w:p>
            <w:pPr>
              <w:tabs>
                <w:tab w:pos="198" w:val="left"/>
              </w:tabs>
              <w:spacing w:before="0" w:after="50"/>
              <w:ind w:left="198" w:hanging="198"/>
            </w:pPr>
            <w:r>
              <w:rPr>
                <w:color w:val="225877"/>
              </w:rPr>
              <w:t>■</w:t>
              <w:tab/>
            </w:r>
            <w:r>
              <w:t>[What you did, and the result. Start with a strong verb, e.g. Designed, Built, Led.]</w:t>
            </w:r>
          </w:p>
          <w:p>
            <w:pPr>
              <w:tabs>
                <w:tab w:pos="198" w:val="left"/>
              </w:tabs>
              <w:spacing w:before="0" w:after="50"/>
              <w:ind w:left="198" w:hanging="198"/>
            </w:pPr>
            <w:r>
              <w:rPr>
                <w:color w:val="225877"/>
              </w:rPr>
              <w:t>■</w:t>
              <w:tab/>
            </w:r>
            <w:r>
              <w:t>[A second achievement. Add a number if you can, e.g. 30+ props, 3 platforms.]</w:t>
            </w:r>
          </w:p>
          <w:p>
            <w:pPr>
              <w:tabs>
                <w:tab w:pos="198" w:val="left"/>
              </w:tabs>
              <w:spacing w:before="0" w:after="50"/>
              <w:ind w:left="198" w:hanging="198"/>
            </w:pPr>
            <w:r>
              <w:rPr>
                <w:color w:val="225877"/>
              </w:rPr>
              <w:t>■</w:t>
              <w:tab/>
            </w:r>
            <w:r>
              <w:t>[Optional third point. Keep each to one or two lines.]</w:t>
            </w:r>
          </w:p>
          <w:p>
            <w:pPr>
              <w:keepNext/>
              <w:spacing w:before="40" w:after="0"/>
            </w:pPr>
            <w:r>
              <w:rPr>
                <w:b/>
                <w:color w:val="1B2A41"/>
                <w:sz w:val="19"/>
              </w:rPr>
              <w:t>[Job title]</w:t>
            </w:r>
            <w:r>
              <w:rPr>
                <w:b/>
                <w:color w:val="225877"/>
              </w:rPr>
              <w:t xml:space="preserve">  ·  [Company name], [Town/City]</w:t>
            </w:r>
          </w:p>
          <w:p>
            <w:pPr>
              <w:keepNext/>
              <w:spacing w:before="0" w:after="40"/>
            </w:pPr>
            <w:r>
              <w:rPr>
                <w:color w:val="6B7785"/>
                <w:sz w:val="16"/>
              </w:rPr>
              <w:t>[Month Year] – [Present]</w:t>
            </w:r>
          </w:p>
          <w:p>
            <w:pPr>
              <w:tabs>
                <w:tab w:pos="198" w:val="left"/>
              </w:tabs>
              <w:spacing w:before="0" w:after="50"/>
              <w:ind w:left="198" w:hanging="198"/>
            </w:pPr>
            <w:r>
              <w:rPr>
                <w:color w:val="225877"/>
              </w:rPr>
              <w:t>■</w:t>
              <w:tab/>
            </w:r>
            <w:r>
              <w:t>[What you did, and the result. Start with a strong verb, e.g. Designed, Built, Led.]</w:t>
            </w:r>
          </w:p>
          <w:p>
            <w:pPr>
              <w:tabs>
                <w:tab w:pos="198" w:val="left"/>
              </w:tabs>
              <w:spacing w:before="0" w:after="50"/>
              <w:ind w:left="198" w:hanging="198"/>
            </w:pPr>
            <w:r>
              <w:rPr>
                <w:color w:val="225877"/>
              </w:rPr>
              <w:t>■</w:t>
              <w:tab/>
            </w:r>
            <w:r>
              <w:t>[A second achievement. Add a number if you can, e.g. 30+ props, 3 platforms.]</w:t>
            </w:r>
          </w:p>
          <w:p>
            <w:pPr>
              <w:tabs>
                <w:tab w:pos="198" w:val="left"/>
              </w:tabs>
              <w:spacing w:before="0" w:after="50"/>
              <w:ind w:left="198" w:hanging="198"/>
            </w:pPr>
            <w:r>
              <w:rPr>
                <w:color w:val="225877"/>
              </w:rPr>
              <w:t>■</w:t>
              <w:tab/>
            </w:r>
            <w:r>
              <w:t>[Optional third point. Keep each to one or two lines.]</w:t>
            </w:r>
          </w:p>
          <w:p>
            <w:pPr>
              <w:keepNext/>
              <w:spacing w:before="140" w:after="80"/>
              <w:shd w:val="clear" w:color="auto" w:fill="FFCD75"/>
            </w:pPr>
            <w:r>
              <w:rPr>
                <w:rFonts w:ascii="Press Start 2P" w:hAnsi="Press Start 2P" w:eastAsia="Press Start 2P" w:cs="Press Start 2P"/>
                <w:color w:val="1B2A41"/>
                <w:sz w:val="15"/>
              </w:rPr>
              <w:t>▶ PROJECTS</w:t>
            </w:r>
            <w:r>
              <w:rPr>
                <w:i/>
                <w:color w:val="6B7785"/>
                <w:sz w:val="15"/>
              </w:rPr>
              <w:t xml:space="preserve">   side quests</w:t>
            </w:r>
          </w:p>
          <w:p>
            <w:pPr>
              <w:spacing w:before="0" w:after="40"/>
            </w:pPr>
            <w:r>
              <w:rPr>
                <w:b/>
              </w:rPr>
              <w:t xml:space="preserve">[Project name]: </w:t>
            </w:r>
            <w:r>
              <w:t>[one line: what it is and where to see it]</w:t>
            </w:r>
          </w:p>
          <w:p>
            <w:pPr>
              <w:spacing w:before="0" w:after="40"/>
            </w:pPr>
            <w:r>
              <w:rPr>
                <w:b/>
              </w:rPr>
              <w:t xml:space="preserve">[Project name]: </w:t>
            </w:r>
            <w:r>
              <w:t>[one line]</w:t>
            </w:r>
          </w:p>
        </w:tc>
        <w:tc>
          <w:tcPr>
            <w:tcW w:type="dxa" w:w="3855"/>
            <w:tcMar>
              <w:top w:w="141" w:type="dxa"/>
              <w:left w:w="255" w:type="dxa"/>
              <w:bottom w:w="141" w:type="dxa"/>
              <w:right w:w="198" w:type="dxa"/>
            </w:tcMar>
            <w:shd w:val="clear" w:color="auto" w:fill="FFF8E7"/>
            <w:tcBorders>
              <w:top w:val="single" w:sz="12" w:space="0" w:color="1B2A41"/>
              <w:left w:val="single" w:sz="12" w:space="0" w:color="1B2A41"/>
              <w:bottom w:val="single" w:sz="12" w:space="0" w:color="1B2A41"/>
              <w:right w:val="single" w:sz="12" w:space="0" w:color="1B2A41"/>
            </w:tcBorders>
          </w:tcPr>
          <w:p>
            <w:pPr>
              <w:keepNext/>
              <w:spacing w:before="0" w:after="80"/>
              <w:shd w:val="clear" w:color="auto" w:fill="FFCD75"/>
            </w:pPr>
            <w:r>
              <w:rPr>
                <w:rFonts w:ascii="Press Start 2P" w:hAnsi="Press Start 2P" w:eastAsia="Press Start 2P" w:cs="Press Start 2P"/>
                <w:color w:val="1B2A41"/>
                <w:sz w:val="15"/>
              </w:rPr>
              <w:t>▶ SKILLS</w:t>
            </w:r>
            <w:r>
              <w:rPr>
                <w:i/>
                <w:color w:val="6B7785"/>
                <w:sz w:val="15"/>
              </w:rPr>
              <w:t xml:space="preserve">   abilities</w:t>
            </w:r>
          </w:p>
          <w:p>
            <w:pPr>
              <w:spacing w:before="0" w:after="60"/>
            </w:pPr>
            <w:r>
              <w:rPr>
                <w:b/>
                <w:color w:val="1B2A41"/>
              </w:rPr>
              <w:t xml:space="preserve">[Skill area]: </w:t>
            </w:r>
            <w:r>
              <w:t>[skill, skill, skill]</w:t>
            </w:r>
          </w:p>
          <w:p>
            <w:pPr>
              <w:spacing w:before="0" w:after="60"/>
            </w:pPr>
            <w:r>
              <w:rPr>
                <w:b/>
                <w:color w:val="1B2A41"/>
              </w:rPr>
              <w:t xml:space="preserve">[Tools]: </w:t>
            </w:r>
            <w:r>
              <w:t>[software, engines, pipelines]</w:t>
            </w:r>
          </w:p>
          <w:p>
            <w:pPr>
              <w:spacing w:before="0" w:after="60"/>
            </w:pPr>
            <w:r>
              <w:rPr>
                <w:b/>
                <w:color w:val="1B2A41"/>
              </w:rPr>
              <w:t xml:space="preserve">[Other]: </w:t>
            </w:r>
            <w:r>
              <w:t>[methods, languages, certificates]</w:t>
            </w:r>
          </w:p>
          <w:p>
            <w:pPr>
              <w:keepNext/>
              <w:spacing w:before="140" w:after="80"/>
              <w:shd w:val="clear" w:color="auto" w:fill="FFCD75"/>
            </w:pPr>
            <w:r>
              <w:rPr>
                <w:rFonts w:ascii="Press Start 2P" w:hAnsi="Press Start 2P" w:eastAsia="Press Start 2P" w:cs="Press Start 2P"/>
                <w:color w:val="1B2A41"/>
                <w:sz w:val="15"/>
              </w:rPr>
              <w:t>▶ EDUCATION</w:t>
            </w:r>
            <w:r>
              <w:rPr>
                <w:i/>
                <w:color w:val="6B7785"/>
                <w:sz w:val="15"/>
              </w:rPr>
              <w:t xml:space="preserve">   training</w:t>
            </w:r>
          </w:p>
          <w:p>
            <w:pPr>
              <w:spacing w:before="0" w:after="40"/>
            </w:pPr>
            <w:r>
              <w:rPr>
                <w:b/>
              </w:rPr>
              <w:t>[Qualification]</w:t>
            </w:r>
            <w:r>
              <w:rPr>
                <w:color w:val="555555"/>
              </w:rPr>
              <w:br/>
              <w:t>[University, college or course], [Year]</w:t>
            </w:r>
          </w:p>
          <w:p>
            <w:pPr>
              <w:keepNext/>
              <w:spacing w:before="140" w:after="80"/>
              <w:shd w:val="clear" w:color="auto" w:fill="FFCD75"/>
            </w:pPr>
            <w:r>
              <w:rPr>
                <w:rFonts w:ascii="Press Start 2P" w:hAnsi="Press Start 2P" w:eastAsia="Press Start 2P" w:cs="Press Start 2P"/>
                <w:color w:val="1B2A41"/>
                <w:sz w:val="15"/>
              </w:rPr>
              <w:t>▶ ALSO</w:t>
            </w:r>
            <w:r>
              <w:rPr>
                <w:i/>
                <w:color w:val="6B7785"/>
                <w:sz w:val="15"/>
              </w:rPr>
              <w:t xml:space="preserve">   bonus</w:t>
            </w:r>
          </w:p>
          <w:p>
            <w:pPr>
              <w:spacing w:before="0" w:after="40"/>
            </w:pPr>
            <w:r>
              <w:t>[Languages, awards, game jams, volunteering: delete if not needed]</w:t>
            </w:r>
          </w:p>
          <w:p>
            <w:pPr>
              <w:spacing w:before="60" w:after="40"/>
            </w:pPr>
            <w:r>
              <w:rPr>
                <w:color w:val="555555"/>
                <w:sz w:val="16"/>
              </w:rPr>
              <w:t>[Right to work, e.g. Full right to work in the UK]  |  [Hybrid / remote / relocation]</w:t>
            </w:r>
          </w:p>
        </w:tc>
      </w:tr>
    </w:tbl>
    <w:sectPr w:rsidR="00FC693F" w:rsidRPr="0006063C" w:rsidSect="00034616">
      <w:pgSz w:w="11906" w:h="16838"/>
      <w:pgMar w:top="567" w:right="680" w:bottom="510" w:left="68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Space Grotesk" w:hAnsi="Space Grotesk" w:eastAsia="Space Grotesk" w:cs="Space Grotesk"/>
      <w:color w:val="1E24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mailto:you@example.com" TargetMode="External"/><Relationship Id="rId12" Type="http://schemas.openxmlformats.org/officeDocument/2006/relationships/hyperlink" Target="https://www.example.com" TargetMode="External"/><Relationship Id="rId13" Type="http://schemas.openxmlformats.org/officeDocument/2006/relationships/hyperlink" Target="https://www.linked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