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11907"/>
      </w:tblGrid>
      <w:tr>
        <w:tc>
          <w:tcPr>
            <w:tcW w:type="dxa" w:w="11906"/>
            <w:shd w:val="clear" w:color="auto" w:fill="264653"/>
            <w:tcMar>
              <w:top w:w="623" w:type="dxa"/>
              <w:left w:w="850" w:type="dxa"/>
              <w:bottom w:w="396" w:type="dxa"/>
              <w:right w:w="850" w:type="dxa"/>
            </w:tcMar>
          </w:tcPr>
          <w:p>
            <w:pPr>
              <w:spacing w:before="0" w:after="0" w:line="240" w:lineRule="auto"/>
            </w:pPr>
            <w:r>
              <w:rPr>
                <w:rFonts w:ascii="Outfit" w:hAnsi="Outfit" w:eastAsia="Outfit" w:cs="Outfit"/>
                <w:b/>
                <w:color w:val="FFFFFF"/>
                <w:sz w:val="52"/>
              </w:rPr>
              <w:t>[Your Name]</w:t>
            </w:r>
          </w:p>
          <w:p>
            <w:pPr>
              <w:spacing w:before="0" w:after="80"/>
            </w:pPr>
            <w:r>
              <w:rPr>
                <w:rFonts w:ascii="Outfit" w:hAnsi="Outfit" w:eastAsia="Outfit" w:cs="Outfit"/>
                <w:color w:val="8FD6CC"/>
                <w:sz w:val="24"/>
              </w:rPr>
              <w:t>[Target job title, e.g. QA Lead]</w:t>
            </w:r>
          </w:p>
          <w:p>
            <w:pPr>
              <w:spacing w:before="0" w:after="0"/>
            </w:pPr>
            <w:r>
              <w:rPr>
                <w:color w:val="D8E8E6"/>
                <w:sz w:val="16"/>
              </w:rPr>
              <w:t>[Town/City, Country]</w:t>
            </w:r>
            <w:r>
              <w:rPr>
                <w:color w:val="D8E8E6"/>
                <w:sz w:val="16"/>
              </w:rPr>
              <w:t xml:space="preserve">  |  </w:t>
            </w:r>
            <w:r>
              <w:rPr>
                <w:color w:val="D8E8E6"/>
                <w:sz w:val="16"/>
              </w:rPr>
              <w:t>[Phone]</w:t>
            </w:r>
            <w:r>
              <w:rPr>
                <w:color w:val="D8E8E6"/>
                <w:sz w:val="16"/>
              </w:rPr>
              <w:t xml:space="preserve">  |  </w:t>
            </w:r>
            <w:hyperlink r:id="rId9">
              <w:r>
                <w:rPr>
                  <w:color w:val="FFFFFF"/>
                  <w:sz w:val="16"/>
                  <w:u w:val="none"/>
                </w:rPr>
                <w:t>[Email]</w:t>
              </w:r>
            </w:hyperlink>
            <w:r>
              <w:rPr>
                <w:color w:val="D8E8E6"/>
                <w:sz w:val="16"/>
              </w:rPr>
              <w:t xml:space="preserve">  |  </w:t>
            </w:r>
            <w:r>
              <w:rPr>
                <w:b/>
                <w:color w:val="D8E8E6"/>
                <w:sz w:val="16"/>
              </w:rPr>
              <w:t xml:space="preserve">LinkedIn: </w:t>
            </w:r>
            <w:hyperlink r:id="rId10">
              <w:r>
                <w:rPr>
                  <w:color w:val="FFFFFF"/>
                  <w:sz w:val="16"/>
                  <w:u w:val="none"/>
                </w:rPr>
                <w:t>[linkedin.com/in/yourname]</w:t>
              </w:r>
            </w:hyperlink>
          </w:p>
        </w:tc>
      </w:tr>
      <w:tr>
        <w:tc>
          <w:tcPr>
            <w:tcW w:type="dxa" w:w="11906"/>
            <w:tcMar>
              <w:top w:w="113" w:type="dxa"/>
              <w:left w:w="850" w:type="dxa"/>
              <w:bottom w:w="0" w:type="dxa"/>
              <w:right w:w="850" w:type="dxa"/>
            </w:tcMar>
          </w:tcPr>
          <w:p>
            <w:pPr>
              <w:spacing w:before="0" w:after="120"/>
              <w:shd w:val="clear" w:color="auto" w:fill="FFF4CC"/>
            </w:pPr>
            <w:r>
              <w:rPr>
                <w:b/>
                <w:color w:val="5A4A00"/>
                <w:sz w:val="16"/>
              </w:rPr>
              <w:t xml:space="preserve">HOW TO USE (delete this box): </w:t>
            </w:r>
            <w:r>
              <w:rPr>
                <w:color w:val="5A4A00"/>
                <w:sz w:val="16"/>
              </w:rPr>
              <w:t>Replace everything in [square brackets] and delete anything you don't need. To swap a picture or QR code, right-click it and choose Change Picture. Keep it to one or two pages, then save as PDF to send. Creative layouts are great for people, but some online application systems (ATS) read plain layouts more reliably, so keep a plain version too (Template 01 Classic works well).</w:t>
            </w: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2551"/>
              <w:gridCol w:w="2551"/>
              <w:gridCol w:w="2551"/>
              <w:gridCol w:w="2551"/>
            </w:tblGrid>
            <w:tr>
              <w:tc>
                <w:tcPr>
                  <w:tcW w:type="dxa" w:w="2551"/>
                  <w:tcMar>
                    <w:top w:w="113" w:type="dxa"/>
                    <w:left w:w="0" w:type="dxa"/>
                    <w:bottom w:w="113" w:type="dxa"/>
                    <w:right w:w="113" w:type="dxa"/>
                  </w:tcMar>
                </w:tcP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2438"/>
                  </w:tblGrid>
                  <w:tr>
                    <w:tc>
                      <w:tcPr>
                        <w:tcW w:type="dxa" w:w="2438"/>
                        <w:shd w:val="clear" w:color="auto" w:fill="E8F5F3"/>
                        <w:tcMar>
                          <w:top w:w="141" w:type="dxa"/>
                          <w:left w:w="170" w:type="dxa"/>
                          <w:bottom w:w="141" w:type="dxa"/>
                          <w:right w:w="170" w:type="dxa"/>
                        </w:tcMar>
                      </w:tcPr>
                      <w:p>
                        <w:pPr>
                          <w:spacing w:before="0" w:after="0" w:line="240" w:lineRule="auto"/>
                          <w:jc w:val="center"/>
                        </w:pPr>
                        <w:r>
                          <w:rPr>
                            <w:rFonts w:ascii="Outfit" w:hAnsi="Outfit" w:eastAsia="Outfit" w:cs="Outfit"/>
                            <w:b/>
                            <w:color w:val="2A9D8F"/>
                            <w:sz w:val="40"/>
                          </w:rPr>
                          <w:t>[#]</w:t>
                        </w:r>
                      </w:p>
                      <w:p>
                        <w:pPr>
                          <w:spacing w:before="0" w:after="0"/>
                          <w:jc w:val="center"/>
                        </w:pPr>
                        <w:r>
                          <w:rPr>
                            <w:color w:val="264653"/>
                            <w:sz w:val="16"/>
                          </w:rPr>
                          <w:t>[years in games]</w:t>
                        </w:r>
                      </w:p>
                    </w:tc>
                  </w:tr>
                </w:tbl>
                <w:p/>
              </w:tc>
              <w:tc>
                <w:tcPr>
                  <w:tcW w:type="dxa" w:w="2551"/>
                  <w:tcMar>
                    <w:top w:w="113" w:type="dxa"/>
                    <w:left w:w="113" w:type="dxa"/>
                    <w:bottom w:w="113" w:type="dxa"/>
                    <w:right w:w="113" w:type="dxa"/>
                  </w:tcMar>
                </w:tcP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2324"/>
                  </w:tblGrid>
                  <w:tr>
                    <w:tc>
                      <w:tcPr>
                        <w:tcW w:type="dxa" w:w="2324"/>
                        <w:shd w:val="clear" w:color="auto" w:fill="E8F5F3"/>
                        <w:tcMar>
                          <w:top w:w="141" w:type="dxa"/>
                          <w:left w:w="170" w:type="dxa"/>
                          <w:bottom w:w="141" w:type="dxa"/>
                          <w:right w:w="170" w:type="dxa"/>
                        </w:tcMar>
                      </w:tcPr>
                      <w:p>
                        <w:pPr>
                          <w:spacing w:before="0" w:after="0" w:line="240" w:lineRule="auto"/>
                          <w:jc w:val="center"/>
                        </w:pPr>
                        <w:r>
                          <w:rPr>
                            <w:rFonts w:ascii="Outfit" w:hAnsi="Outfit" w:eastAsia="Outfit" w:cs="Outfit"/>
                            <w:b/>
                            <w:color w:val="2A9D8F"/>
                            <w:sz w:val="40"/>
                          </w:rPr>
                          <w:t>[#]</w:t>
                        </w:r>
                      </w:p>
                      <w:p>
                        <w:pPr>
                          <w:spacing w:before="0" w:after="0"/>
                          <w:jc w:val="center"/>
                        </w:pPr>
                        <w:r>
                          <w:rPr>
                            <w:color w:val="264653"/>
                            <w:sz w:val="16"/>
                          </w:rPr>
                          <w:t>[titles shipped]</w:t>
                        </w:r>
                      </w:p>
                    </w:tc>
                  </w:tr>
                </w:tbl>
                <w:p/>
              </w:tc>
              <w:tc>
                <w:tcPr>
                  <w:tcW w:type="dxa" w:w="2551"/>
                  <w:tcMar>
                    <w:top w:w="113" w:type="dxa"/>
                    <w:left w:w="113" w:type="dxa"/>
                    <w:bottom w:w="113" w:type="dxa"/>
                    <w:right w:w="113" w:type="dxa"/>
                  </w:tcMar>
                </w:tcP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2324"/>
                  </w:tblGrid>
                  <w:tr>
                    <w:tc>
                      <w:tcPr>
                        <w:tcW w:type="dxa" w:w="2324"/>
                        <w:shd w:val="clear" w:color="auto" w:fill="E8F5F3"/>
                        <w:tcMar>
                          <w:top w:w="141" w:type="dxa"/>
                          <w:left w:w="170" w:type="dxa"/>
                          <w:bottom w:w="141" w:type="dxa"/>
                          <w:right w:w="170" w:type="dxa"/>
                        </w:tcMar>
                      </w:tcPr>
                      <w:p>
                        <w:pPr>
                          <w:spacing w:before="0" w:after="0" w:line="240" w:lineRule="auto"/>
                          <w:jc w:val="center"/>
                        </w:pPr>
                        <w:r>
                          <w:rPr>
                            <w:rFonts w:ascii="Outfit" w:hAnsi="Outfit" w:eastAsia="Outfit" w:cs="Outfit"/>
                            <w:b/>
                            <w:color w:val="2A9D8F"/>
                            <w:sz w:val="40"/>
                          </w:rPr>
                          <w:t>[#]</w:t>
                        </w:r>
                      </w:p>
                      <w:p>
                        <w:pPr>
                          <w:spacing w:before="0" w:after="0"/>
                          <w:jc w:val="center"/>
                        </w:pPr>
                        <w:r>
                          <w:rPr>
                            <w:color w:val="264653"/>
                            <w:sz w:val="16"/>
                          </w:rPr>
                          <w:t>[a number you are proud of]</w:t>
                        </w:r>
                      </w:p>
                    </w:tc>
                  </w:tr>
                </w:tbl>
                <w:p/>
              </w:tc>
              <w:tc>
                <w:tcPr>
                  <w:tcW w:type="dxa" w:w="2551"/>
                  <w:tcMar>
                    <w:top w:w="113" w:type="dxa"/>
                    <w:left w:w="113" w:type="dxa"/>
                    <w:bottom w:w="113" w:type="dxa"/>
                    <w:right w:w="0" w:type="dxa"/>
                  </w:tcMar>
                </w:tcP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2438"/>
                  </w:tblGrid>
                  <w:tr>
                    <w:tc>
                      <w:tcPr>
                        <w:tcW w:type="dxa" w:w="2438"/>
                        <w:shd w:val="clear" w:color="auto" w:fill="E8F5F3"/>
                        <w:tcMar>
                          <w:top w:w="141" w:type="dxa"/>
                          <w:left w:w="170" w:type="dxa"/>
                          <w:bottom w:w="141" w:type="dxa"/>
                          <w:right w:w="170" w:type="dxa"/>
                        </w:tcMar>
                      </w:tcPr>
                      <w:p>
                        <w:pPr>
                          <w:spacing w:before="0" w:after="0" w:line="240" w:lineRule="auto"/>
                          <w:jc w:val="center"/>
                        </w:pPr>
                        <w:r>
                          <w:rPr>
                            <w:rFonts w:ascii="Outfit" w:hAnsi="Outfit" w:eastAsia="Outfit" w:cs="Outfit"/>
                            <w:b/>
                            <w:color w:val="2A9D8F"/>
                            <w:sz w:val="40"/>
                          </w:rPr>
                          <w:t>[#]</w:t>
                        </w:r>
                      </w:p>
                      <w:p>
                        <w:pPr>
                          <w:spacing w:before="0" w:after="0"/>
                          <w:jc w:val="center"/>
                        </w:pPr>
                        <w:r>
                          <w:rPr>
                            <w:color w:val="264653"/>
                            <w:sz w:val="16"/>
                          </w:rPr>
                          <w:t>[another real number]</w:t>
                        </w:r>
                      </w:p>
                    </w:tc>
                  </w:tr>
                </w:tbl>
                <w:p/>
              </w:tc>
            </w:tr>
          </w:tbl>
          <w:p/>
          <w:p>
            <w:pPr>
              <w:spacing w:before="160" w:after="80" w:line="300" w:lineRule="auto"/>
            </w:pPr>
            <w:r>
              <w:rPr>
                <w:sz w:val="19"/>
              </w:rPr>
              <w:t>[Two or three lines: your discipline, years of experience, what you specialise in and the kind of role you want next.]</w:t>
            </w:r>
          </w:p>
          <w:p>
            <w:pPr>
              <w:keepNext/>
              <w:spacing w:before="160" w:after="80"/>
            </w:pPr>
            <w:r>
              <w:rPr>
                <w:rFonts w:ascii="Outfit" w:hAnsi="Outfit" w:eastAsia="Outfit" w:cs="Outfit"/>
                <w:b/>
                <w:color w:val="264653"/>
                <w:sz w:val="22"/>
                <w:spacing w:val="30"/>
              </w:rPr>
              <w:t>CAREER TIMELINE</w:t>
            </w: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1701"/>
              <w:gridCol w:w="396"/>
              <w:gridCol w:w="8108"/>
            </w:tblGrid>
            <w:tr>
              <w:tc>
                <w:tcPr>
                  <w:tcW w:type="dxa" w:w="1701"/>
                  <w:tcMar>
                    <w:top w:w="0" w:type="dxa"/>
                    <w:left w:w="0" w:type="dxa"/>
                    <w:bottom w:w="141" w:type="dxa"/>
                    <w:right w:w="255" w:type="dxa"/>
                  </w:tcMar>
                </w:tcPr>
                <w:p>
                  <w:pPr>
                    <w:spacing w:before="0" w:after="40"/>
                    <w:jc w:val="right"/>
                  </w:pPr>
                  <w:r>
                    <w:rPr>
                      <w:b/>
                      <w:color w:val="2A9D8F"/>
                      <w:sz w:val="17"/>
                    </w:rPr>
                    <w:t>[Month Year] – [Present]</w:t>
                  </w:r>
                </w:p>
              </w:tc>
              <w:tc>
                <w:tcPr>
                  <w:tcW w:type="dxa" w:w="397"/>
                  <w:tcMar>
                    <w:top w:w="0" w:type="dxa"/>
                    <w:left w:w="0" w:type="dxa"/>
                    <w:bottom w:w="0" w:type="dxa"/>
                    <w:right w:w="0" w:type="dxa"/>
                  </w:tcMar>
                  <w:tcBorders>
                    <w:left w:val="single" w:sz="18" w:space="0" w:color="2A9D8F"/>
                  </w:tcBorders>
                </w:tcPr>
                <w:p>
                  <w:pPr>
                    <w:spacing w:before="0" w:after="40" w:line="216" w:lineRule="auto"/>
                    <w:ind w:left="-119"/>
                  </w:pPr>
                  <w:r>
                    <w:rPr>
                      <w:color w:val="2A9D8F"/>
                      <w:sz w:val="20"/>
                    </w:rPr>
                    <w:t>●</w:t>
                  </w:r>
                </w:p>
              </w:tc>
              <w:tc>
                <w:tcPr>
                  <w:tcW w:type="dxa" w:w="8107"/>
                  <w:tcMar>
                    <w:top w:w="0" w:type="dxa"/>
                    <w:left w:w="198" w:type="dxa"/>
                    <w:bottom w:w="170" w:type="dxa"/>
                    <w:right w:w="0" w:type="dxa"/>
                  </w:tcMar>
                </w:tcPr>
                <w:p>
                  <w:pPr>
                    <w:spacing w:before="0" w:after="40"/>
                  </w:pPr>
                  <w:r>
                    <w:rPr>
                      <w:b/>
                      <w:color w:val="264653"/>
                      <w:sz w:val="20"/>
                    </w:rPr>
                    <w:t>[Job title]</w:t>
                  </w:r>
                  <w:r>
                    <w:rPr>
                      <w:color w:val="5F7A80"/>
                      <w:sz w:val="18"/>
                    </w:rPr>
                    <w:t xml:space="preserve">  [Company name], [Town/City]</w:t>
                  </w:r>
                </w:p>
                <w:p>
                  <w:pPr>
                    <w:tabs>
                      <w:tab w:pos="198" w:val="left"/>
                    </w:tabs>
                    <w:spacing w:before="0" w:after="50"/>
                    <w:ind w:left="198" w:hanging="198"/>
                  </w:pPr>
                  <w:r>
                    <w:rPr>
                      <w:color w:val="2A9D8F"/>
                    </w:rPr>
                    <w:t>–</w:t>
                    <w:tab/>
                  </w:r>
                  <w:r>
                    <w:t>[What you did, and the result. Start with a strong verb, e.g. Designed, Built, Led.]</w:t>
                  </w:r>
                </w:p>
                <w:p>
                  <w:pPr>
                    <w:tabs>
                      <w:tab w:pos="198" w:val="left"/>
                    </w:tabs>
                    <w:spacing w:before="0" w:after="50"/>
                    <w:ind w:left="198" w:hanging="198"/>
                  </w:pPr>
                  <w:r>
                    <w:rPr>
                      <w:color w:val="2A9D8F"/>
                    </w:rPr>
                    <w:t>–</w:t>
                    <w:tab/>
                  </w:r>
                  <w:r>
                    <w:t>[A second achievement. Add a number if you can, e.g. 30+ props, 3 platforms.]</w:t>
                  </w:r>
                </w:p>
                <w:p>
                  <w:pPr>
                    <w:tabs>
                      <w:tab w:pos="198" w:val="left"/>
                    </w:tabs>
                    <w:spacing w:before="0" w:after="50"/>
                    <w:ind w:left="198" w:hanging="198"/>
                  </w:pPr>
                  <w:r>
                    <w:rPr>
                      <w:color w:val="2A9D8F"/>
                    </w:rPr>
                    <w:t>–</w:t>
                    <w:tab/>
                  </w:r>
                  <w:r>
                    <w:t>[Optional third point. Keep each to one or two lines.]</w:t>
                  </w:r>
                </w:p>
              </w:tc>
            </w:tr>
            <w:tr>
              <w:tc>
                <w:tcPr>
                  <w:tcW w:type="dxa" w:w="1701"/>
                  <w:tcMar>
                    <w:top w:w="0" w:type="dxa"/>
                    <w:left w:w="0" w:type="dxa"/>
                    <w:bottom w:w="141" w:type="dxa"/>
                    <w:right w:w="255" w:type="dxa"/>
                  </w:tcMar>
                </w:tcPr>
                <w:p>
                  <w:pPr>
                    <w:spacing w:before="0" w:after="40"/>
                    <w:jc w:val="right"/>
                  </w:pPr>
                  <w:r>
                    <w:rPr>
                      <w:b/>
                      <w:color w:val="2A9D8F"/>
                      <w:sz w:val="17"/>
                    </w:rPr>
                    <w:t>[Month Year] – [Present]</w:t>
                  </w:r>
                </w:p>
              </w:tc>
              <w:tc>
                <w:tcPr>
                  <w:tcW w:type="dxa" w:w="397"/>
                  <w:tcMar>
                    <w:top w:w="0" w:type="dxa"/>
                    <w:left w:w="0" w:type="dxa"/>
                    <w:bottom w:w="0" w:type="dxa"/>
                    <w:right w:w="0" w:type="dxa"/>
                  </w:tcMar>
                  <w:tcBorders>
                    <w:left w:val="single" w:sz="18" w:space="0" w:color="2A9D8F"/>
                  </w:tcBorders>
                </w:tcPr>
                <w:p>
                  <w:pPr>
                    <w:spacing w:before="0" w:after="40" w:line="216" w:lineRule="auto"/>
                    <w:ind w:left="-119"/>
                  </w:pPr>
                  <w:r>
                    <w:rPr>
                      <w:color w:val="2A9D8F"/>
                      <w:sz w:val="20"/>
                    </w:rPr>
                    <w:t>●</w:t>
                  </w:r>
                </w:p>
              </w:tc>
              <w:tc>
                <w:tcPr>
                  <w:tcW w:type="dxa" w:w="8107"/>
                  <w:tcMar>
                    <w:top w:w="0" w:type="dxa"/>
                    <w:left w:w="198" w:type="dxa"/>
                    <w:bottom w:w="170" w:type="dxa"/>
                    <w:right w:w="0" w:type="dxa"/>
                  </w:tcMar>
                </w:tcPr>
                <w:p>
                  <w:pPr>
                    <w:spacing w:before="0" w:after="40"/>
                  </w:pPr>
                  <w:r>
                    <w:rPr>
                      <w:b/>
                      <w:color w:val="264653"/>
                      <w:sz w:val="20"/>
                    </w:rPr>
                    <w:t>[Job title]</w:t>
                  </w:r>
                  <w:r>
                    <w:rPr>
                      <w:color w:val="5F7A80"/>
                      <w:sz w:val="18"/>
                    </w:rPr>
                    <w:t xml:space="preserve">  [Company name], [Town/City]</w:t>
                  </w:r>
                </w:p>
                <w:p>
                  <w:pPr>
                    <w:tabs>
                      <w:tab w:pos="198" w:val="left"/>
                    </w:tabs>
                    <w:spacing w:before="0" w:after="50"/>
                    <w:ind w:left="198" w:hanging="198"/>
                  </w:pPr>
                  <w:r>
                    <w:rPr>
                      <w:color w:val="2A9D8F"/>
                    </w:rPr>
                    <w:t>–</w:t>
                    <w:tab/>
                  </w:r>
                  <w:r>
                    <w:t>[What you did, and the result. Start with a strong verb, e.g. Designed, Built, Led.]</w:t>
                  </w:r>
                </w:p>
                <w:p>
                  <w:pPr>
                    <w:tabs>
                      <w:tab w:pos="198" w:val="left"/>
                    </w:tabs>
                    <w:spacing w:before="0" w:after="50"/>
                    <w:ind w:left="198" w:hanging="198"/>
                  </w:pPr>
                  <w:r>
                    <w:rPr>
                      <w:color w:val="2A9D8F"/>
                    </w:rPr>
                    <w:t>–</w:t>
                    <w:tab/>
                  </w:r>
                  <w:r>
                    <w:t>[A second achievement. Add a number if you can, e.g. 30+ props, 3 platforms.]</w:t>
                  </w:r>
                </w:p>
                <w:p>
                  <w:pPr>
                    <w:tabs>
                      <w:tab w:pos="198" w:val="left"/>
                    </w:tabs>
                    <w:spacing w:before="0" w:after="50"/>
                    <w:ind w:left="198" w:hanging="198"/>
                  </w:pPr>
                  <w:r>
                    <w:rPr>
                      <w:color w:val="2A9D8F"/>
                    </w:rPr>
                    <w:t>–</w:t>
                    <w:tab/>
                  </w:r>
                  <w:r>
                    <w:t>[Optional third point. Keep each to one or two lines.]</w:t>
                  </w:r>
                </w:p>
              </w:tc>
            </w:tr>
          </w:tbl>
          <w:p/>
          <w:p>
            <w:pPr>
              <w:keepNext/>
              <w:spacing w:before="160" w:after="80"/>
            </w:pPr>
            <w:r>
              <w:rPr>
                <w:rFonts w:ascii="Outfit" w:hAnsi="Outfit" w:eastAsia="Outfit" w:cs="Outfit"/>
                <w:b/>
                <w:color w:val="264653"/>
                <w:sz w:val="22"/>
                <w:spacing w:val="30"/>
              </w:rPr>
              <w:t>TOOLS AND PLATFORMS</w:t>
            </w:r>
          </w:p>
          <w:p>
            <w:pPr>
              <w:spacing w:before="0" w:after="60" w:line="348" w:lineRule="auto"/>
            </w:pPr>
            <w:r>
              <w:rPr>
                <w:color w:val="264653"/>
                <w:sz w:val="16"/>
                <w:shd w:val="clear" w:color="auto" w:fill="E8F5F3"/>
              </w:rPr>
              <w:t xml:space="preserve"> [Tool] </w:t>
            </w:r>
            <w:r>
              <w:rPr>
                <w:sz w:val="16"/>
              </w:rPr>
              <w:t xml:space="preserve"> </w:t>
            </w:r>
            <w:r>
              <w:rPr>
                <w:color w:val="264653"/>
                <w:sz w:val="16"/>
                <w:shd w:val="clear" w:color="auto" w:fill="E8F5F3"/>
              </w:rPr>
              <w:t xml:space="preserve"> [Tool] </w:t>
            </w:r>
            <w:r>
              <w:rPr>
                <w:sz w:val="16"/>
              </w:rPr>
              <w:t xml:space="preserve"> </w:t>
            </w:r>
            <w:r>
              <w:rPr>
                <w:color w:val="264653"/>
                <w:sz w:val="16"/>
                <w:shd w:val="clear" w:color="auto" w:fill="E8F5F3"/>
              </w:rPr>
              <w:t xml:space="preserve"> [Tool] </w:t>
            </w:r>
            <w:r>
              <w:rPr>
                <w:sz w:val="16"/>
              </w:rPr>
              <w:t xml:space="preserve"> </w:t>
            </w:r>
            <w:r>
              <w:rPr>
                <w:color w:val="264653"/>
                <w:sz w:val="16"/>
                <w:shd w:val="clear" w:color="auto" w:fill="E8F5F3"/>
              </w:rPr>
              <w:t xml:space="preserve"> [Tool] </w:t>
            </w:r>
            <w:r>
              <w:rPr>
                <w:sz w:val="16"/>
              </w:rPr>
              <w:t xml:space="preserve"> </w:t>
            </w:r>
            <w:r>
              <w:rPr>
                <w:color w:val="264653"/>
                <w:sz w:val="16"/>
                <w:shd w:val="clear" w:color="auto" w:fill="E8F5F3"/>
              </w:rPr>
              <w:t xml:space="preserve"> [Tool] </w:t>
            </w:r>
            <w:r>
              <w:rPr>
                <w:sz w:val="16"/>
              </w:rPr>
              <w:t xml:space="preserve"> </w:t>
            </w:r>
            <w:r>
              <w:rPr>
                <w:color w:val="264653"/>
                <w:sz w:val="16"/>
                <w:shd w:val="clear" w:color="auto" w:fill="E8F5F3"/>
              </w:rPr>
              <w:t xml:space="preserve"> [Tool] </w:t>
            </w: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5103"/>
              <w:gridCol w:w="5103"/>
            </w:tblGrid>
            <w:tr>
              <w:tc>
                <w:tcPr>
                  <w:tcW w:type="dxa" w:w="5102"/>
                  <w:tcMar>
                    <w:top w:w="0" w:type="dxa"/>
                    <w:left w:w="0" w:type="dxa"/>
                    <w:bottom w:w="0" w:type="dxa"/>
                    <w:right w:w="170" w:type="dxa"/>
                  </w:tcMar>
                </w:tcPr>
                <w:p>
                  <w:pPr>
                    <w:spacing w:before="160" w:after="80"/>
                  </w:pPr>
                  <w:r>
                    <w:rPr>
                      <w:rFonts w:ascii="Outfit" w:hAnsi="Outfit" w:eastAsia="Outfit" w:cs="Outfit"/>
                      <w:b/>
                      <w:color w:val="264653"/>
                      <w:sz w:val="22"/>
                      <w:spacing w:val="30"/>
                    </w:rPr>
                    <w:t>EDUCATION</w:t>
                  </w:r>
                </w:p>
                <w:p>
                  <w:pPr>
                    <w:spacing w:before="0" w:after="40"/>
                  </w:pPr>
                  <w:r>
                    <w:rPr>
                      <w:b/>
                    </w:rPr>
                    <w:t>[Qualification]</w:t>
                  </w:r>
                  <w:r>
                    <w:t>, [University, college or course], [Year]</w:t>
                  </w:r>
                </w:p>
              </w:tc>
              <w:tc>
                <w:tcPr>
                  <w:tcW w:type="dxa" w:w="5102"/>
                </w:tcPr>
                <w:p>
                  <w:pPr>
                    <w:spacing w:before="160" w:after="80"/>
                  </w:pPr>
                  <w:r>
                    <w:rPr>
                      <w:rFonts w:ascii="Outfit" w:hAnsi="Outfit" w:eastAsia="Outfit" w:cs="Outfit"/>
                      <w:b/>
                      <w:color w:val="264653"/>
                      <w:sz w:val="22"/>
                      <w:spacing w:val="30"/>
                    </w:rPr>
                    <w:t>ALSO</w:t>
                  </w:r>
                </w:p>
                <w:p>
                  <w:pPr>
                    <w:spacing w:before="0" w:after="40"/>
                  </w:pPr>
                  <w:r>
                    <w:t>[Languages, awards, game jams, volunteering: delete if not needed]</w:t>
                  </w:r>
                </w:p>
                <w:p>
                  <w:pPr>
                    <w:spacing w:before="0" w:after="40"/>
                  </w:pPr>
                  <w:r>
                    <w:t>[Right to work, e.g. Full right to work in the UK]  |  [Hybrid / remote / relocation]</w:t>
                  </w:r>
                </w:p>
              </w:tc>
            </w:tr>
          </w:tbl>
          <w:p/>
        </w:tc>
      </w:tr>
    </w:tbl>
    <w:sectPr w:rsidR="00FC693F" w:rsidRPr="0006063C" w:rsidSect="00034616">
      <w:pgSz w:w="11906" w:h="16838"/>
      <w:pgMar w:top="0" w:right="0" w:bottom="567"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69" w:lineRule="auto"/>
    </w:pPr>
    <w:rPr>
      <w:rFonts w:ascii="Lato" w:hAnsi="Lato" w:eastAsia="Lato" w:cs="Lato"/>
      <w:color w:val="26323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you@example.com" TargetMode="External"/><Relationship Id="rId10" Type="http://schemas.openxmlformats.org/officeDocument/2006/relationships/hyperlink" Target="https://www.linked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
  <dc:creator>Hardy Search &amp; Selection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